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rPr>
          <w:color w:val="0D5FB5"/>
        </w:rPr>
        <w:t>Reference Check Template</w:t>
      </w:r>
    </w:p>
    <w:p>
      <w:r>
        <w:t>For phone or written reference checks. Use the same questions for every referee so answers are comparable.</w:t>
      </w:r>
    </w:p>
    <w:p>
      <w:pPr>
        <w:pStyle w:val="Heading1"/>
      </w:pPr>
      <w:r>
        <w:rPr>
          <w:color w:val="0D5FB5"/>
        </w:rPr>
        <w:t>1. Candidate and referee details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Candidate name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Role applied for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Referee name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Referee job title and organisation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Referee email and phone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Relationship to the candidate (for example, direct manager)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Date of reference check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Checked by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pPr>
        <w:pStyle w:val="Heading1"/>
      </w:pPr>
      <w:r>
        <w:rPr>
          <w:color w:val="0D5FB5"/>
        </w:rPr>
        <w:t>2. Consent</w:t>
      </w:r>
    </w:p>
    <w:p>
      <w:r>
        <w:rPr>
          <w:i/>
        </w:rPr>
        <w:t>Confirm the candidate agreed to you contacting this referee. Tell the referee their answers are used only for this hiring decision.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Candidate consent confirmed (yes / no)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Date consent was given</w:t>
            </w:r>
          </w:p>
        </w:tc>
        <w:tc>
          <w:tcPr>
            <w:tcW w:type="dxa" w:w="4320"/>
          </w:tcPr>
          <w:p>
            <w:r/>
          </w:p>
        </w:tc>
      </w:tr>
    </w:tbl>
    <w:p/>
    <w:p>
      <w:pPr>
        <w:pStyle w:val="Heading1"/>
      </w:pPr>
      <w:r>
        <w:rPr>
          <w:color w:val="0D5FB5"/>
        </w:rPr>
        <w:t>3. Verification questions</w:t>
      </w:r>
    </w:p>
    <w:p>
      <w:r>
        <w:rPr>
          <w:b/>
        </w:rPr>
        <w:t>1. How do you know the candidate, and what was your working relationship?</w:t>
      </w:r>
    </w:p>
    <w:p>
      <w:r>
        <w:t>Answer:</w:t>
      </w:r>
    </w:p>
    <w:p/>
    <w:p>
      <w:r>
        <w:rPr>
          <w:b/>
        </w:rPr>
        <w:t>2. What were the candidate's start and end dates, as far as you remember them?</w:t>
      </w:r>
    </w:p>
    <w:p>
      <w:r>
        <w:t>Answer:</w:t>
      </w:r>
    </w:p>
    <w:p/>
    <w:p>
      <w:r>
        <w:rPr>
          <w:b/>
        </w:rPr>
        <w:t>3. What was their job title, and did it change while you worked together?</w:t>
      </w:r>
    </w:p>
    <w:p>
      <w:r>
        <w:t>Answer:</w:t>
      </w:r>
    </w:p>
    <w:p/>
    <w:p>
      <w:r>
        <w:rPr>
          <w:b/>
        </w:rPr>
        <w:t>4. Did the candidate report to you directly? If not, how often did you see their work?</w:t>
      </w:r>
    </w:p>
    <w:p>
      <w:r>
        <w:t>Answer:</w:t>
      </w:r>
    </w:p>
    <w:p/>
    <w:p>
      <w:r>
        <w:rPr>
          <w:b/>
        </w:rPr>
        <w:t>5. What were the main reasons the candidate left, as far as you know?</w:t>
      </w:r>
    </w:p>
    <w:p>
      <w:r>
        <w:t>Answer:</w:t>
      </w:r>
    </w:p>
    <w:p/>
    <w:p>
      <w:pPr>
        <w:pStyle w:val="Heading1"/>
      </w:pPr>
      <w:r>
        <w:rPr>
          <w:color w:val="0D5FB5"/>
        </w:rPr>
        <w:t>4. Performance questions</w:t>
      </w:r>
    </w:p>
    <w:p>
      <w:r>
        <w:rPr>
          <w:b/>
        </w:rPr>
        <w:t>6. Which parts of the role did the candidate own day to day?</w:t>
      </w:r>
    </w:p>
    <w:p>
      <w:r>
        <w:t>Answer:</w:t>
      </w:r>
    </w:p>
    <w:p/>
    <w:p>
      <w:r>
        <w:rPr>
          <w:b/>
        </w:rPr>
        <w:t>7. Tell me about a deadline the candidate missed or nearly missed. What happened next?</w:t>
      </w:r>
    </w:p>
    <w:p>
      <w:r>
        <w:t>Answer:</w:t>
      </w:r>
    </w:p>
    <w:p/>
    <w:p>
      <w:r>
        <w:rPr>
          <w:b/>
        </w:rPr>
        <w:t>8. Give an example of the candidate producing good work with incomplete information.</w:t>
      </w:r>
    </w:p>
    <w:p>
      <w:r>
        <w:t>Answer:</w:t>
      </w:r>
    </w:p>
    <w:p/>
    <w:p>
      <w:r>
        <w:rPr>
          <w:b/>
        </w:rPr>
        <w:t>9. What result improved while they were in the role, and what was their contribution?</w:t>
      </w:r>
    </w:p>
    <w:p>
      <w:r>
        <w:t>Answer:</w:t>
      </w:r>
    </w:p>
    <w:p/>
    <w:p>
      <w:r>
        <w:rPr>
          <w:b/>
        </w:rPr>
        <w:t>10. When results were below expectations, how did they respond to feedback?</w:t>
      </w:r>
    </w:p>
    <w:p>
      <w:r>
        <w:t>Answer:</w:t>
      </w:r>
    </w:p>
    <w:p/>
    <w:p>
      <w:r>
        <w:rPr>
          <w:b/>
        </w:rPr>
        <w:t>11. What skill did the candidate develop most while you worked together?</w:t>
      </w:r>
    </w:p>
    <w:p>
      <w:r>
        <w:t>Answer:</w:t>
      </w:r>
    </w:p>
    <w:p/>
    <w:p>
      <w:pPr>
        <w:pStyle w:val="Heading1"/>
      </w:pPr>
      <w:r>
        <w:rPr>
          <w:color w:val="0D5FB5"/>
        </w:rPr>
        <w:t>5. Working style and integrity</w:t>
      </w:r>
    </w:p>
    <w:p>
      <w:r>
        <w:rPr>
          <w:b/>
        </w:rPr>
        <w:t>12. Describe a disagreement the candidate had with a colleague. How did they move the work forward?</w:t>
      </w:r>
    </w:p>
    <w:p>
      <w:r>
        <w:t>Answer:</w:t>
      </w:r>
    </w:p>
    <w:p/>
    <w:p>
      <w:r>
        <w:rPr>
          <w:b/>
        </w:rPr>
        <w:t>13. How did the candidate ask for help when they needed it?</w:t>
      </w:r>
    </w:p>
    <w:p>
      <w:r>
        <w:t>Answer:</w:t>
      </w:r>
    </w:p>
    <w:p/>
    <w:p>
      <w:r>
        <w:rPr>
          <w:b/>
        </w:rPr>
        <w:t>14. When the candidate made a mistake that affected others, what did they do?</w:t>
      </w:r>
    </w:p>
    <w:p>
      <w:r>
        <w:t>Answer:</w:t>
      </w:r>
    </w:p>
    <w:p/>
    <w:p>
      <w:r>
        <w:rPr>
          <w:b/>
        </w:rPr>
        <w:t>15. What would you tell a new manager about working with this person?</w:t>
      </w:r>
    </w:p>
    <w:p>
      <w:r>
        <w:t>Answer:</w:t>
      </w:r>
    </w:p>
    <w:p/>
    <w:p>
      <w:pPr>
        <w:pStyle w:val="Heading1"/>
      </w:pPr>
      <w:r>
        <w:rPr>
          <w:color w:val="0D5FB5"/>
        </w:rPr>
        <w:t>6. Closing questions</w:t>
      </w:r>
    </w:p>
    <w:p>
      <w:r>
        <w:rPr>
          <w:b/>
        </w:rPr>
        <w:t>16. Is there anything we have not asked that you think we should know?</w:t>
      </w:r>
    </w:p>
    <w:p>
      <w:r>
        <w:t>Answer:</w:t>
      </w:r>
    </w:p>
    <w:p/>
    <w:p>
      <w:r>
        <w:rPr>
          <w:b/>
        </w:rPr>
        <w:t>17. What kind of manager or team would get the best out of this person?</w:t>
      </w:r>
    </w:p>
    <w:p>
      <w:r>
        <w:t>Answer:</w:t>
      </w:r>
    </w:p>
    <w:p/>
    <w:p>
      <w:r>
        <w:rPr>
          <w:b/>
        </w:rPr>
        <w:t>18. Would you hire or work with this person again? Why or why not?</w:t>
      </w:r>
    </w:p>
    <w:p>
      <w:r>
        <w:t>Answer:</w:t>
      </w:r>
    </w:p>
    <w:p/>
    <w:p>
      <w:pPr>
        <w:pStyle w:val="Heading1"/>
      </w:pPr>
      <w:r>
        <w:rPr>
          <w:color w:val="0D5FB5"/>
        </w:rPr>
        <w:t>7. Recommendation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Overall: recommend / recommend with reservations / do not recommend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Strengths confirmed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Concerns or follow-ups</w:t>
            </w:r>
          </w:p>
        </w:tc>
        <w:tc>
          <w:tcPr>
            <w:tcW w:type="dxa" w:w="4320"/>
          </w:tcPr>
          <w:p>
            <w:r/>
          </w:p>
        </w:tc>
      </w:tr>
      <w:tr>
        <w:tc>
          <w:tcPr>
            <w:tcW w:type="dxa" w:w="4320"/>
          </w:tcPr>
          <w:p>
            <w:r>
              <w:t>Signed and dated</w:t>
            </w:r>
          </w:p>
        </w:tc>
        <w:tc>
          <w:tcPr>
            <w:tcW w:type="dxa" w:w="4320"/>
          </w:tcPr>
          <w:p>
            <w:r/>
          </w:p>
        </w:tc>
      </w:tr>
    </w:tbl>
    <w:p/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>Do not ask about health, family, age, religion or other protected personal information, and check the law where you hire. Free template from HiveRef reference check software: www.hiveref.com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Reference Check Template</dc:title>
  <dc:subject/>
  <dc:creator>HiveRef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